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מאגר הטקסטים להבנת הנקרא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הטקסטים השונים במאגר ואת נושאיהם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הסוגה (סוג הטקסט) של כל 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מרכיבי יחידת טקסט במאגר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על 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לילה אחד על החוף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מקומות בישראל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על 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בתיאור 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חלק קבוע בכל 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טקסט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(בעלי 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(מקומות בישראל)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(המצאות)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(מדע המזון)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מרכיבי יחידת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שאלות בשלוש רמות (חידון על המסך)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גרסה לעולים וגרסה לחנ"מ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למשל: ג'-ד', כי השפה מתאימה לגיל 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אוצר מילים ושאלות/משימת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קודם האור אחר כך הרעש, או מה קורה בתוך גרעין התירס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שעברית אינה שפת האם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רשימת הטקסטים מהמאגר לפני תחילת הדף כדי לרענן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מחלק ההתאמה (match) לפני השאלות האמריקאיות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החנ"מ מומלץ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מאגר הטקסטים להבנת הנקרא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במאגר הטקסטים יש סיפורים וטקסטים מידעיים מקוריים בנושאים שונים. לכל טקסט יש אוצר מילים, שאלות בשלוש רמות קושי, משימת כתיבה, תיבת מקרה, מחוון, וגם גרסאות מותאמות.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מילים  ·  מכתש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 על 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טקסט במאגר עוסק בבעלי חיים?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לילה אחד על החוף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מכתב מן המכתש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המהפכה העגולה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הנושא של הטקסט 'מכתב מן המכתש'?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מקומות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מדע המזון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על 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טקסט במאגר יש משימת כתיבה.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טקסט יש שאלות בשלוש רמות קושי.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טקסט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לילה אחד על החוף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המצאות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מכתב מן המכתש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מדע המזון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המהפכה העגולה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מקומות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 קורה בתוך גרעין התירס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בעלי 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הטקסט 'מכתב מן ה__________' מספר על מקום מדברי בישראל.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יחידת טקסט במאגר כוללת אוצר __________, שאלות ומשימת כתיבה.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מרכיבי יחידת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משימת כתיבה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גרסה לעולים וגרסה לחנ"מ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שאלות בשלוש רמות (חידון על המסך)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אוצר 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טקסט אחד מהמאגר וכתבו לאיזו שכבת גיל הוא מתאים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דברים שנמצאים בכל יחידת טקסט במאגר?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לטקסט מידעי מהמאגר.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מאגר הטקסטים להבנת הנקרא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