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הטקסטים השונים במאגר ואת נושאיהם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הסוגה (סוג הטקסט)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מרכיבי יחידת טקסט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לילה אחד על החוף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הוראות/איך זה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קבוע בכל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גרסה לעולים וגם גרסה לחנ"מ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טקסט מידעי על מזג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טקסט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(מדע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(ספורט והגוף)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מרכיבי יחידת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בשלוש רמות (חידון על המסך)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תיבת 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גרסה לעולים וגרסה לחנ"מ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ג'-ד', כי השפה מתאימה לגיל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למורה: שם הטקסט, נושא, סוגה,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ושאלות/משימת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קודם האור אחר כך הרעש, או מה קורה בתוך גרעין התירס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שעברית אינה שפת האם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הטקסטים מהמאגר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מחלק ההתאמה (match) לפני השאלות האמריקאיות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החנ"מ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במאגר הטקסטים יש סיפורים וטקסטים מידעיים מקוריים בנושאים שונים. לכל טקסט יש אוצר מילים, שאלות בשלוש רמות קושי, משימת כתיבה, תיבת מקרה, מחוון, וגם גרסאות מותאמות.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במאגר עוסק בבעלי 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לילה אחד על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מן המכתש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המהפכה העגולה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הנושא של הטקסט 'מכתב מן המכתש'?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מקומות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המזון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מתאימה לטקסט 'מכתב מן המכתש'?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הטקסט 'המהפכה העגולה'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סוג הטקסט 'מה קורה בתוך גרעין התירס'?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הוראות/איך זה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משימת 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יש שאלות בשלוש רמות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הטקסטים במאגר יש רק גרסה אחת, בלי התאמות.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'קודם האור אחר כך הרעש' הוא סיפור דמיוני.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טקסט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מדע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ספורט והגוף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קורה בתוך גרעין התירס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תוף תוף תוף הלב רץ אתנו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מקומות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'מכתב מן ה__________' מספר על מקום מדברי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יחידת טקסט במאגר כוללת אוצר __________, שאלות ומשימת 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הטקסט החדש במאגר עוסק במשחק ה__________ ובחלומות גדולים.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טקסט יש גם גרסה ל__________ וגם גרסה לחנ"מ.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מרכיבי יחידת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לעולים וגרסה לחנ"מ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בשלוש רמות (חידון על המסך)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מקרה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מהמאגר וכתבו לאיזו שכבת גיל הוא מתאים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3-4 משפטים: איזה טקסט מהמאגר הכי מעניין אתכם ומדוע? ציינו נושא וסוגה.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שנמצאים בכל יחידת טקסט במאגר?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מידעי מהמאגר.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מיועדת הגרסה לעולים?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הטקסטים להבנת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